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07DE9" w14:textId="77777777" w:rsidR="00A72500" w:rsidRPr="00B2062C" w:rsidRDefault="00000000">
      <w:pPr>
        <w:spacing w:after="140"/>
        <w:jc w:val="right"/>
        <w:rPr>
          <w:rFonts w:cs="Times New Roman"/>
          <w:sz w:val="24"/>
          <w:szCs w:val="24"/>
        </w:rPr>
      </w:pPr>
      <w:r w:rsidRPr="00B2062C">
        <w:rPr>
          <w:rFonts w:cs="Times New Roman"/>
          <w:b/>
          <w:sz w:val="24"/>
          <w:szCs w:val="24"/>
          <w:u w:val="single"/>
        </w:rPr>
        <w:t>Annex C (Attachment to Annex B)</w:t>
      </w:r>
    </w:p>
    <w:p w14:paraId="28CB47B6" w14:textId="77777777" w:rsidR="00A72500" w:rsidRDefault="00000000">
      <w:pPr>
        <w:keepNext/>
        <w:spacing w:after="140"/>
        <w:rPr>
          <w:rFonts w:cs="Times New Roman"/>
          <w:bCs/>
          <w:sz w:val="24"/>
          <w:szCs w:val="24"/>
        </w:rPr>
      </w:pPr>
      <w:r w:rsidRPr="00B2062C">
        <w:rPr>
          <w:rFonts w:cs="Times New Roman"/>
          <w:b/>
          <w:sz w:val="24"/>
          <w:szCs w:val="24"/>
          <w:u w:val="single"/>
        </w:rPr>
        <w:t>Reply Form on Parties’ Concerns on Conflicts of Interest and Order of Preference</w:t>
      </w:r>
    </w:p>
    <w:p w14:paraId="15396378" w14:textId="77777777" w:rsidR="00B2062C" w:rsidRPr="00B2062C" w:rsidRDefault="00B2062C">
      <w:pPr>
        <w:keepNext/>
        <w:spacing w:after="140"/>
        <w:rPr>
          <w:rFonts w:cs="Times New Roman"/>
          <w:bCs/>
          <w:sz w:val="24"/>
          <w:szCs w:val="24"/>
        </w:rPr>
      </w:pPr>
    </w:p>
    <w:tbl>
      <w:tblPr>
        <w:tblW w:w="4721" w:type="dxa"/>
        <w:jc w:val="right"/>
        <w:tblLayout w:type="fixed"/>
        <w:tblLook w:val="04A0" w:firstRow="1" w:lastRow="0" w:firstColumn="1" w:lastColumn="0" w:noHBand="0" w:noVBand="1"/>
      </w:tblPr>
      <w:tblGrid>
        <w:gridCol w:w="4721"/>
      </w:tblGrid>
      <w:tr w:rsidR="00A72500" w:rsidRPr="00B2062C" w14:paraId="4E34185C" w14:textId="77777777" w:rsidTr="00B2062C">
        <w:trPr>
          <w:jc w:val="right"/>
        </w:trPr>
        <w:tc>
          <w:tcPr>
            <w:tcW w:w="4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198AD288" w14:textId="77777777" w:rsidR="00A72500" w:rsidRPr="00B2062C" w:rsidRDefault="00000000">
            <w:pPr>
              <w:spacing w:after="20" w:line="240" w:lineRule="auto"/>
              <w:rPr>
                <w:rFonts w:cs="Times New Roman"/>
                <w:sz w:val="24"/>
                <w:szCs w:val="24"/>
              </w:rPr>
            </w:pPr>
            <w:r w:rsidRPr="00B2062C">
              <w:rPr>
                <w:rFonts w:cs="Times New Roman"/>
                <w:sz w:val="24"/>
                <w:szCs w:val="24"/>
              </w:rPr>
              <w:t>Case number: __________________________</w:t>
            </w:r>
          </w:p>
          <w:p w14:paraId="7DBB74D5" w14:textId="77777777" w:rsidR="00A72500" w:rsidRPr="00B2062C" w:rsidRDefault="00000000">
            <w:pPr>
              <w:spacing w:after="20" w:line="240" w:lineRule="auto"/>
              <w:rPr>
                <w:rFonts w:cs="Times New Roman"/>
                <w:sz w:val="24"/>
                <w:szCs w:val="24"/>
              </w:rPr>
            </w:pPr>
            <w:r w:rsidRPr="00B2062C">
              <w:rPr>
                <w:rFonts w:cs="Times New Roman"/>
                <w:sz w:val="24"/>
                <w:szCs w:val="24"/>
              </w:rPr>
              <w:t>Adjudicator rank required for the case:</w:t>
            </w:r>
          </w:p>
          <w:p w14:paraId="1B7E0FE2" w14:textId="77777777" w:rsidR="00A72500" w:rsidRPr="00B2062C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B206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2062C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B2062C">
              <w:rPr>
                <w:rFonts w:cs="Times New Roman"/>
                <w:sz w:val="24"/>
                <w:szCs w:val="24"/>
              </w:rPr>
              <w:t xml:space="preserve">Adjudicator  </w:t>
            </w:r>
            <w:r w:rsidRPr="00B206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proofErr w:type="gramEnd"/>
            <w:r w:rsidRPr="00B2062C">
              <w:rPr>
                <w:rFonts w:cs="Times New Roman"/>
                <w:sz w:val="24"/>
                <w:szCs w:val="24"/>
              </w:rPr>
              <w:t xml:space="preserve"> Senior Adjudicator</w:t>
            </w:r>
          </w:p>
        </w:tc>
      </w:tr>
    </w:tbl>
    <w:p w14:paraId="3F97514C" w14:textId="77777777" w:rsidR="00A72500" w:rsidRDefault="00A72500">
      <w:pPr>
        <w:spacing w:after="60"/>
        <w:rPr>
          <w:rFonts w:cs="Times New Roman"/>
          <w:sz w:val="24"/>
          <w:szCs w:val="24"/>
        </w:rPr>
      </w:pPr>
    </w:p>
    <w:p w14:paraId="6B03EA4D" w14:textId="77777777" w:rsidR="00B2062C" w:rsidRPr="00B2062C" w:rsidRDefault="00B2062C">
      <w:pPr>
        <w:spacing w:after="60"/>
        <w:rPr>
          <w:rFonts w:cs="Times New Roman"/>
          <w:sz w:val="24"/>
          <w:szCs w:val="24"/>
        </w:rPr>
      </w:pPr>
    </w:p>
    <w:p w14:paraId="2B169C37" w14:textId="7B097BC0" w:rsidR="00A72500" w:rsidRPr="00B2062C" w:rsidRDefault="00000000" w:rsidP="00B2062C">
      <w:pPr>
        <w:spacing w:before="20"/>
        <w:jc w:val="both"/>
        <w:rPr>
          <w:rFonts w:cs="Times New Roman"/>
          <w:sz w:val="24"/>
          <w:szCs w:val="24"/>
        </w:rPr>
      </w:pPr>
      <w:r w:rsidRPr="00B2062C">
        <w:rPr>
          <w:rFonts w:cs="Times New Roman"/>
          <w:sz w:val="24"/>
          <w:szCs w:val="24"/>
        </w:rPr>
        <w:t xml:space="preserve">To: </w:t>
      </w:r>
      <w:r w:rsidR="00595727">
        <w:rPr>
          <w:rFonts w:cs="Times New Roman"/>
          <w:iCs/>
          <w:sz w:val="24"/>
          <w:szCs w:val="24"/>
        </w:rPr>
        <w:t>HKICM</w:t>
      </w:r>
    </w:p>
    <w:p w14:paraId="1D73A806" w14:textId="2ED94144" w:rsidR="00A72500" w:rsidRDefault="00000000" w:rsidP="00B2062C">
      <w:pPr>
        <w:spacing w:after="180" w:line="240" w:lineRule="auto"/>
        <w:jc w:val="both"/>
        <w:rPr>
          <w:rFonts w:cs="Times New Roman"/>
          <w:sz w:val="24"/>
          <w:szCs w:val="24"/>
        </w:rPr>
      </w:pPr>
      <w:r w:rsidRPr="00B2062C">
        <w:rPr>
          <w:rFonts w:cs="Times New Roman"/>
          <w:sz w:val="24"/>
          <w:szCs w:val="24"/>
        </w:rPr>
        <w:t>With reference to your nomination of candidates as adjudicator for the above-referenced case,</w:t>
      </w:r>
      <w:r w:rsidR="00B2062C">
        <w:rPr>
          <w:rFonts w:cs="Times New Roman"/>
          <w:sz w:val="24"/>
          <w:szCs w:val="24"/>
        </w:rPr>
        <w:t xml:space="preserve"> </w:t>
      </w:r>
      <w:r w:rsidRPr="00B2062C">
        <w:rPr>
          <w:rFonts w:cs="Times New Roman"/>
          <w:sz w:val="24"/>
          <w:szCs w:val="24"/>
        </w:rPr>
        <w:t>please note my reply on (</w:t>
      </w:r>
      <w:proofErr w:type="spellStart"/>
      <w:r w:rsidRPr="00B2062C">
        <w:rPr>
          <w:rFonts w:cs="Times New Roman"/>
          <w:sz w:val="24"/>
          <w:szCs w:val="24"/>
        </w:rPr>
        <w:t>i</w:t>
      </w:r>
      <w:proofErr w:type="spellEnd"/>
      <w:r w:rsidRPr="00B2062C">
        <w:rPr>
          <w:rFonts w:cs="Times New Roman"/>
          <w:sz w:val="24"/>
          <w:szCs w:val="24"/>
        </w:rPr>
        <w:t>) concerns on conflicts of interest and on justifiable doubts as to the</w:t>
      </w:r>
      <w:r w:rsidR="00B2062C">
        <w:rPr>
          <w:rFonts w:cs="Times New Roman"/>
          <w:sz w:val="24"/>
          <w:szCs w:val="24"/>
        </w:rPr>
        <w:t xml:space="preserve"> </w:t>
      </w:r>
      <w:r w:rsidRPr="00B2062C">
        <w:rPr>
          <w:rFonts w:cs="Times New Roman"/>
          <w:sz w:val="24"/>
          <w:szCs w:val="24"/>
        </w:rPr>
        <w:t xml:space="preserve">candidate’s independence or impartiality with reference to the </w:t>
      </w:r>
      <w:r w:rsidRPr="00B2062C">
        <w:rPr>
          <w:rFonts w:cs="Times New Roman"/>
          <w:i/>
          <w:sz w:val="24"/>
          <w:szCs w:val="24"/>
        </w:rPr>
        <w:t>Guideline on Conflicts of Interest</w:t>
      </w:r>
      <w:r w:rsidR="00B2062C">
        <w:rPr>
          <w:rFonts w:cs="Times New Roman"/>
          <w:i/>
          <w:sz w:val="24"/>
          <w:szCs w:val="24"/>
        </w:rPr>
        <w:t xml:space="preserve"> </w:t>
      </w:r>
      <w:r w:rsidRPr="00B2062C">
        <w:rPr>
          <w:rFonts w:cs="Times New Roman"/>
          <w:i/>
          <w:sz w:val="24"/>
          <w:szCs w:val="24"/>
        </w:rPr>
        <w:t>in Adjudication under SOP</w:t>
      </w:r>
      <w:r w:rsidR="00B2062C">
        <w:rPr>
          <w:rFonts w:cs="Times New Roman"/>
          <w:i/>
          <w:sz w:val="24"/>
          <w:szCs w:val="24"/>
        </w:rPr>
        <w:t>O</w:t>
      </w:r>
      <w:r w:rsidRPr="00B2062C">
        <w:rPr>
          <w:rFonts w:cs="Times New Roman"/>
          <w:sz w:val="24"/>
          <w:szCs w:val="24"/>
        </w:rPr>
        <w:t xml:space="preserve"> and (ii) order of preference.</w:t>
      </w:r>
    </w:p>
    <w:p w14:paraId="1ED1A562" w14:textId="77777777" w:rsidR="00B2062C" w:rsidRPr="00B2062C" w:rsidRDefault="00B2062C" w:rsidP="00B2062C">
      <w:pPr>
        <w:spacing w:after="180" w:line="240" w:lineRule="auto"/>
        <w:jc w:val="both"/>
        <w:rPr>
          <w:rFonts w:cs="Times New Roman"/>
          <w:sz w:val="24"/>
          <w:szCs w:val="24"/>
        </w:rPr>
      </w:pPr>
    </w:p>
    <w:p w14:paraId="7901B0F0" w14:textId="0DA06036" w:rsidR="00A72500" w:rsidRDefault="00000000" w:rsidP="00B2062C">
      <w:pPr>
        <w:spacing w:after="160" w:line="240" w:lineRule="auto"/>
        <w:jc w:val="both"/>
        <w:rPr>
          <w:rFonts w:cs="Times New Roman"/>
          <w:sz w:val="24"/>
          <w:szCs w:val="24"/>
        </w:rPr>
      </w:pPr>
      <w:r w:rsidRPr="00B2062C">
        <w:rPr>
          <w:rFonts w:cs="Times New Roman"/>
          <w:sz w:val="24"/>
          <w:szCs w:val="24"/>
        </w:rPr>
        <w:t>I/We understand that, upon your consideration of the reply from both the Claimant and the</w:t>
      </w:r>
      <w:r w:rsidR="00B2062C">
        <w:rPr>
          <w:rFonts w:cs="Times New Roman"/>
          <w:sz w:val="24"/>
          <w:szCs w:val="24"/>
        </w:rPr>
        <w:t xml:space="preserve"> </w:t>
      </w:r>
      <w:r w:rsidRPr="00B2062C">
        <w:rPr>
          <w:rFonts w:cs="Times New Roman"/>
          <w:sz w:val="24"/>
          <w:szCs w:val="24"/>
        </w:rPr>
        <w:t>Respondent, if you consider there are valid grounds supporting that there is a conflict of interest</w:t>
      </w:r>
      <w:r w:rsidR="00B2062C">
        <w:rPr>
          <w:rFonts w:cs="Times New Roman"/>
          <w:sz w:val="24"/>
          <w:szCs w:val="24"/>
        </w:rPr>
        <w:t xml:space="preserve"> </w:t>
      </w:r>
      <w:r w:rsidRPr="00B2062C">
        <w:rPr>
          <w:rFonts w:cs="Times New Roman"/>
          <w:sz w:val="24"/>
          <w:szCs w:val="24"/>
        </w:rPr>
        <w:t xml:space="preserve">or justifiable doubts as to the candidate’s independence or impartiality on all </w:t>
      </w:r>
      <w:r w:rsidRPr="00A622A1">
        <w:rPr>
          <w:rFonts w:cs="Times New Roman"/>
          <w:iCs/>
          <w:sz w:val="24"/>
          <w:szCs w:val="24"/>
        </w:rPr>
        <w:t>[</w:t>
      </w:r>
      <w:r w:rsidRPr="00B2062C">
        <w:rPr>
          <w:rFonts w:cs="Times New Roman"/>
          <w:i/>
          <w:sz w:val="24"/>
          <w:szCs w:val="24"/>
        </w:rPr>
        <w:t>three</w:t>
      </w:r>
      <w:r w:rsidRPr="00A622A1">
        <w:rPr>
          <w:rFonts w:cs="Times New Roman"/>
          <w:iCs/>
          <w:sz w:val="24"/>
          <w:szCs w:val="24"/>
        </w:rPr>
        <w:t>]</w:t>
      </w:r>
      <w:r w:rsidRPr="00B2062C">
        <w:rPr>
          <w:rFonts w:cs="Times New Roman"/>
          <w:sz w:val="24"/>
          <w:szCs w:val="24"/>
        </w:rPr>
        <w:t xml:space="preserve"> candidates,</w:t>
      </w:r>
      <w:r w:rsidR="00B2062C">
        <w:rPr>
          <w:rFonts w:cs="Times New Roman"/>
          <w:sz w:val="24"/>
          <w:szCs w:val="24"/>
        </w:rPr>
        <w:t xml:space="preserve"> </w:t>
      </w:r>
      <w:r w:rsidRPr="00B2062C">
        <w:rPr>
          <w:rFonts w:cs="Times New Roman"/>
          <w:sz w:val="24"/>
          <w:szCs w:val="24"/>
        </w:rPr>
        <w:t>you may take such action as you deem appropriate to directly appoint another candidate as the</w:t>
      </w:r>
      <w:r w:rsidR="00B2062C">
        <w:rPr>
          <w:rFonts w:cs="Times New Roman"/>
          <w:sz w:val="24"/>
          <w:szCs w:val="24"/>
        </w:rPr>
        <w:t xml:space="preserve"> </w:t>
      </w:r>
      <w:r w:rsidRPr="00B2062C">
        <w:rPr>
          <w:rFonts w:cs="Times New Roman"/>
          <w:sz w:val="24"/>
          <w:szCs w:val="24"/>
        </w:rPr>
        <w:t>adjudicator.</w:t>
      </w:r>
    </w:p>
    <w:p w14:paraId="4455D941" w14:textId="77777777" w:rsidR="00B2062C" w:rsidRPr="00B2062C" w:rsidRDefault="00B2062C">
      <w:pPr>
        <w:spacing w:after="160" w:line="240" w:lineRule="auto"/>
        <w:rPr>
          <w:rFonts w:cs="Times New Roman"/>
          <w:sz w:val="24"/>
          <w:szCs w:val="24"/>
        </w:rPr>
      </w:pPr>
    </w:p>
    <w:tbl>
      <w:tblPr>
        <w:tblW w:w="0" w:type="auto"/>
        <w:tblInd w:w="80" w:type="dxa"/>
        <w:tblLayout w:type="fixed"/>
        <w:tblLook w:val="04A0" w:firstRow="1" w:lastRow="0" w:firstColumn="1" w:lastColumn="0" w:noHBand="0" w:noVBand="1"/>
      </w:tblPr>
      <w:tblGrid>
        <w:gridCol w:w="2127"/>
        <w:gridCol w:w="7087"/>
      </w:tblGrid>
      <w:tr w:rsidR="00A72500" w:rsidRPr="00B2062C" w14:paraId="37CE4CFD" w14:textId="77777777" w:rsidTr="00B2062C">
        <w:trPr>
          <w:tblHeader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EDE152" w14:textId="77777777" w:rsidR="00A72500" w:rsidRPr="00B2062C" w:rsidRDefault="00000000">
            <w:pPr>
              <w:rPr>
                <w:rFonts w:cs="Times New Roman"/>
                <w:sz w:val="24"/>
                <w:szCs w:val="24"/>
              </w:rPr>
            </w:pPr>
            <w:r w:rsidRPr="00B2062C">
              <w:rPr>
                <w:rFonts w:cs="Times New Roman"/>
                <w:b/>
                <w:sz w:val="24"/>
                <w:szCs w:val="24"/>
              </w:rPr>
              <w:t>Name of Candidates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E9E3A0" w14:textId="12280CF1" w:rsidR="00A72500" w:rsidRPr="00B2062C" w:rsidRDefault="00000000">
            <w:pPr>
              <w:rPr>
                <w:rFonts w:cs="Times New Roman"/>
                <w:sz w:val="24"/>
                <w:szCs w:val="24"/>
              </w:rPr>
            </w:pPr>
            <w:r w:rsidRPr="00B2062C">
              <w:rPr>
                <w:rFonts w:cs="Times New Roman"/>
                <w:b/>
                <w:sz w:val="24"/>
                <w:szCs w:val="24"/>
              </w:rPr>
              <w:t>Parties’ Concerns on Conflicts of Interest and on justifiable doubts</w:t>
            </w:r>
            <w:r w:rsidR="00B2062C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B2062C">
              <w:rPr>
                <w:rFonts w:cs="Times New Roman"/>
                <w:b/>
                <w:sz w:val="24"/>
                <w:szCs w:val="24"/>
              </w:rPr>
              <w:t>as to the candidate’s independence or impartiality:</w:t>
            </w:r>
          </w:p>
        </w:tc>
      </w:tr>
      <w:tr w:rsidR="00A72500" w:rsidRPr="00B2062C" w14:paraId="4E671FE6" w14:textId="77777777" w:rsidTr="00B2062C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6C53EA" w14:textId="77777777" w:rsidR="00A72500" w:rsidRPr="00B2062C" w:rsidRDefault="00000000">
            <w:pPr>
              <w:rPr>
                <w:rFonts w:cs="Times New Roman"/>
                <w:sz w:val="24"/>
                <w:szCs w:val="24"/>
              </w:rPr>
            </w:pPr>
            <w:r w:rsidRPr="00790C6B">
              <w:rPr>
                <w:rFonts w:cs="Times New Roman"/>
                <w:iCs/>
                <w:sz w:val="24"/>
                <w:szCs w:val="24"/>
              </w:rPr>
              <w:t>[</w:t>
            </w:r>
            <w:r w:rsidRPr="00B2062C">
              <w:rPr>
                <w:rFonts w:cs="Times New Roman"/>
                <w:i/>
                <w:sz w:val="24"/>
                <w:szCs w:val="24"/>
              </w:rPr>
              <w:t>Candidate A</w:t>
            </w:r>
            <w:r w:rsidRPr="00790C6B">
              <w:rPr>
                <w:rFonts w:cs="Times New Roman"/>
                <w:iCs/>
                <w:sz w:val="24"/>
                <w:szCs w:val="24"/>
              </w:rPr>
              <w:t>]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DBEEDB" w14:textId="77777777" w:rsidR="00A72500" w:rsidRPr="00B2062C" w:rsidRDefault="00A72500">
            <w:pPr>
              <w:spacing w:after="80"/>
              <w:rPr>
                <w:rFonts w:cs="Times New Roman"/>
                <w:sz w:val="24"/>
                <w:szCs w:val="24"/>
              </w:rPr>
            </w:pPr>
          </w:p>
        </w:tc>
      </w:tr>
      <w:tr w:rsidR="00A72500" w:rsidRPr="00B2062C" w14:paraId="657997CE" w14:textId="77777777" w:rsidTr="00B2062C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3FA5C6" w14:textId="77777777" w:rsidR="00A72500" w:rsidRPr="00B2062C" w:rsidRDefault="00000000">
            <w:pPr>
              <w:rPr>
                <w:rFonts w:cs="Times New Roman"/>
                <w:sz w:val="24"/>
                <w:szCs w:val="24"/>
              </w:rPr>
            </w:pPr>
            <w:r w:rsidRPr="00790C6B">
              <w:rPr>
                <w:rFonts w:cs="Times New Roman"/>
                <w:iCs/>
                <w:sz w:val="24"/>
                <w:szCs w:val="24"/>
              </w:rPr>
              <w:t>[</w:t>
            </w:r>
            <w:r w:rsidRPr="00B2062C">
              <w:rPr>
                <w:rFonts w:cs="Times New Roman"/>
                <w:i/>
                <w:sz w:val="24"/>
                <w:szCs w:val="24"/>
              </w:rPr>
              <w:t>Candidate B</w:t>
            </w:r>
            <w:r w:rsidRPr="00790C6B">
              <w:rPr>
                <w:rFonts w:cs="Times New Roman"/>
                <w:iCs/>
                <w:sz w:val="24"/>
                <w:szCs w:val="24"/>
              </w:rPr>
              <w:t>]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C79A5C" w14:textId="77777777" w:rsidR="00A72500" w:rsidRPr="00B2062C" w:rsidRDefault="00A72500">
            <w:pPr>
              <w:spacing w:after="80"/>
              <w:rPr>
                <w:rFonts w:cs="Times New Roman"/>
                <w:sz w:val="24"/>
                <w:szCs w:val="24"/>
              </w:rPr>
            </w:pPr>
          </w:p>
        </w:tc>
      </w:tr>
      <w:tr w:rsidR="00A72500" w:rsidRPr="00B2062C" w14:paraId="688524CD" w14:textId="77777777" w:rsidTr="00B2062C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C1B89E" w14:textId="77777777" w:rsidR="00A72500" w:rsidRPr="00B2062C" w:rsidRDefault="00000000">
            <w:pPr>
              <w:rPr>
                <w:rFonts w:cs="Times New Roman"/>
                <w:sz w:val="24"/>
                <w:szCs w:val="24"/>
              </w:rPr>
            </w:pPr>
            <w:r w:rsidRPr="00790C6B">
              <w:rPr>
                <w:rFonts w:cs="Times New Roman"/>
                <w:iCs/>
                <w:sz w:val="24"/>
                <w:szCs w:val="24"/>
              </w:rPr>
              <w:t>[</w:t>
            </w:r>
            <w:r w:rsidRPr="00B2062C">
              <w:rPr>
                <w:rFonts w:cs="Times New Roman"/>
                <w:i/>
                <w:sz w:val="24"/>
                <w:szCs w:val="24"/>
              </w:rPr>
              <w:t>Candidate C</w:t>
            </w:r>
            <w:r w:rsidRPr="00790C6B">
              <w:rPr>
                <w:rFonts w:cs="Times New Roman"/>
                <w:iCs/>
                <w:sz w:val="24"/>
                <w:szCs w:val="24"/>
              </w:rPr>
              <w:t>]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D445C4" w14:textId="77777777" w:rsidR="00A72500" w:rsidRPr="00B2062C" w:rsidRDefault="00A72500">
            <w:pPr>
              <w:spacing w:after="80"/>
              <w:rPr>
                <w:rFonts w:cs="Times New Roman"/>
                <w:sz w:val="24"/>
                <w:szCs w:val="24"/>
              </w:rPr>
            </w:pPr>
          </w:p>
        </w:tc>
      </w:tr>
    </w:tbl>
    <w:p w14:paraId="56E1B9F1" w14:textId="77777777" w:rsidR="00A72500" w:rsidRDefault="00A72500">
      <w:pPr>
        <w:spacing w:after="40"/>
        <w:rPr>
          <w:rFonts w:cs="Times New Roman"/>
          <w:sz w:val="24"/>
          <w:szCs w:val="24"/>
        </w:rPr>
      </w:pPr>
    </w:p>
    <w:p w14:paraId="775541C5" w14:textId="1CC91DD3" w:rsidR="0070702D" w:rsidRDefault="0070702D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tbl>
      <w:tblPr>
        <w:tblW w:w="0" w:type="auto"/>
        <w:tblInd w:w="80" w:type="dxa"/>
        <w:tblLayout w:type="fixed"/>
        <w:tblLook w:val="04A0" w:firstRow="1" w:lastRow="0" w:firstColumn="1" w:lastColumn="0" w:noHBand="0" w:noVBand="1"/>
      </w:tblPr>
      <w:tblGrid>
        <w:gridCol w:w="1701"/>
        <w:gridCol w:w="4111"/>
        <w:gridCol w:w="3402"/>
      </w:tblGrid>
      <w:tr w:rsidR="00A72500" w:rsidRPr="00B2062C" w14:paraId="1313B0B1" w14:textId="77777777" w:rsidTr="00B2062C">
        <w:trPr>
          <w:tblHeader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A73ADA" w14:textId="77777777" w:rsidR="00A72500" w:rsidRPr="00B2062C" w:rsidRDefault="00000000">
            <w:pPr>
              <w:rPr>
                <w:rFonts w:cs="Times New Roman"/>
                <w:sz w:val="24"/>
                <w:szCs w:val="24"/>
              </w:rPr>
            </w:pPr>
            <w:r w:rsidRPr="00B2062C">
              <w:rPr>
                <w:rFonts w:cs="Times New Roman"/>
                <w:b/>
                <w:sz w:val="24"/>
                <w:szCs w:val="24"/>
              </w:rPr>
              <w:lastRenderedPageBreak/>
              <w:t>Name of Candidates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89910B" w14:textId="3CE86AD7" w:rsidR="00A72500" w:rsidRPr="00B2062C" w:rsidRDefault="00000000">
            <w:pPr>
              <w:rPr>
                <w:rFonts w:cs="Times New Roman"/>
                <w:sz w:val="24"/>
                <w:szCs w:val="24"/>
              </w:rPr>
            </w:pPr>
            <w:r w:rsidRPr="00B2062C">
              <w:rPr>
                <w:rFonts w:cs="Times New Roman"/>
                <w:b/>
                <w:sz w:val="24"/>
                <w:szCs w:val="24"/>
              </w:rPr>
              <w:t>Hourly Rate:</w:t>
            </w:r>
            <w:r w:rsidRPr="00B2062C">
              <w:rPr>
                <w:rFonts w:cs="Times New Roman"/>
                <w:i/>
                <w:sz w:val="24"/>
                <w:szCs w:val="24"/>
              </w:rPr>
              <w:br/>
            </w:r>
            <w:r w:rsidRPr="00790C6B">
              <w:rPr>
                <w:rFonts w:cs="Times New Roman"/>
                <w:iCs/>
                <w:sz w:val="24"/>
                <w:szCs w:val="24"/>
              </w:rPr>
              <w:t>[</w:t>
            </w:r>
            <w:r w:rsidRPr="00B2062C">
              <w:rPr>
                <w:rFonts w:cs="Times New Roman"/>
                <w:i/>
                <w:sz w:val="24"/>
                <w:szCs w:val="24"/>
              </w:rPr>
              <w:t xml:space="preserve">Filled by </w:t>
            </w:r>
            <w:r w:rsidR="00595727">
              <w:rPr>
                <w:rFonts w:cs="Times New Roman"/>
                <w:i/>
                <w:sz w:val="24"/>
                <w:szCs w:val="24"/>
              </w:rPr>
              <w:t>HKICM</w:t>
            </w:r>
            <w:r w:rsidRPr="00B2062C">
              <w:rPr>
                <w:rFonts w:cs="Times New Roman"/>
                <w:i/>
                <w:sz w:val="24"/>
                <w:szCs w:val="24"/>
              </w:rPr>
              <w:t xml:space="preserve"> before sent to parties</w:t>
            </w:r>
            <w:r w:rsidRPr="00790C6B">
              <w:rPr>
                <w:rFonts w:cs="Times New Roman"/>
                <w:iCs/>
                <w:sz w:val="24"/>
                <w:szCs w:val="24"/>
              </w:rPr>
              <w:t>]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8E104B" w14:textId="6FB2D3C1" w:rsidR="00A72500" w:rsidRPr="00B2062C" w:rsidRDefault="00000000">
            <w:pPr>
              <w:rPr>
                <w:rFonts w:cs="Times New Roman"/>
                <w:sz w:val="24"/>
                <w:szCs w:val="24"/>
              </w:rPr>
            </w:pPr>
            <w:r w:rsidRPr="00B2062C">
              <w:rPr>
                <w:rFonts w:cs="Times New Roman"/>
                <w:b/>
                <w:sz w:val="24"/>
                <w:szCs w:val="24"/>
              </w:rPr>
              <w:t>Order of Preference (1, 2, 3</w:t>
            </w:r>
            <w:proofErr w:type="gramStart"/>
            <w:r w:rsidRPr="00B2062C">
              <w:rPr>
                <w:rFonts w:cs="Times New Roman"/>
                <w:b/>
                <w:sz w:val="24"/>
                <w:szCs w:val="24"/>
              </w:rPr>
              <w:t>)</w:t>
            </w:r>
            <w:r w:rsidR="00ED2EBF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B2062C">
              <w:rPr>
                <w:rFonts w:cs="Times New Roman"/>
                <w:sz w:val="24"/>
                <w:szCs w:val="24"/>
              </w:rPr>
              <w:t>[‘</w:t>
            </w:r>
            <w:proofErr w:type="gramEnd"/>
            <w:r w:rsidRPr="00B2062C">
              <w:rPr>
                <w:rFonts w:cs="Times New Roman"/>
                <w:sz w:val="24"/>
                <w:szCs w:val="24"/>
              </w:rPr>
              <w:t xml:space="preserve">1’ represents highest </w:t>
            </w:r>
            <w:proofErr w:type="gramStart"/>
            <w:r w:rsidRPr="00B2062C">
              <w:rPr>
                <w:rFonts w:cs="Times New Roman"/>
                <w:sz w:val="24"/>
                <w:szCs w:val="24"/>
              </w:rPr>
              <w:t>priority;</w:t>
            </w:r>
            <w:r w:rsidR="00ED2EBF">
              <w:rPr>
                <w:rFonts w:cs="Times New Roman"/>
                <w:sz w:val="24"/>
                <w:szCs w:val="24"/>
              </w:rPr>
              <w:t xml:space="preserve"> </w:t>
            </w:r>
            <w:r w:rsidRPr="00B2062C">
              <w:rPr>
                <w:rFonts w:cs="Times New Roman"/>
                <w:sz w:val="24"/>
                <w:szCs w:val="24"/>
              </w:rPr>
              <w:t>‘</w:t>
            </w:r>
            <w:proofErr w:type="gramEnd"/>
            <w:r w:rsidRPr="00B2062C">
              <w:rPr>
                <w:rFonts w:cs="Times New Roman"/>
                <w:sz w:val="24"/>
                <w:szCs w:val="24"/>
              </w:rPr>
              <w:t>3’</w:t>
            </w:r>
            <w:r w:rsidR="00B2062C">
              <w:rPr>
                <w:rFonts w:cs="Times New Roman"/>
                <w:sz w:val="24"/>
                <w:szCs w:val="24"/>
              </w:rPr>
              <w:t xml:space="preserve"> </w:t>
            </w:r>
            <w:r w:rsidRPr="00B2062C">
              <w:rPr>
                <w:rFonts w:cs="Times New Roman"/>
                <w:sz w:val="24"/>
                <w:szCs w:val="24"/>
              </w:rPr>
              <w:t>represents lowest priority.]</w:t>
            </w:r>
          </w:p>
        </w:tc>
      </w:tr>
      <w:tr w:rsidR="00A72500" w:rsidRPr="00B2062C" w14:paraId="672DEBA3" w14:textId="77777777" w:rsidTr="00B2062C"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6E268D" w14:textId="77777777" w:rsidR="00A72500" w:rsidRPr="00B2062C" w:rsidRDefault="00000000">
            <w:pPr>
              <w:rPr>
                <w:rFonts w:cs="Times New Roman"/>
                <w:sz w:val="24"/>
                <w:szCs w:val="24"/>
              </w:rPr>
            </w:pPr>
            <w:r w:rsidRPr="00790C6B">
              <w:rPr>
                <w:rFonts w:cs="Times New Roman"/>
                <w:iCs/>
                <w:sz w:val="24"/>
                <w:szCs w:val="24"/>
              </w:rPr>
              <w:t>[</w:t>
            </w:r>
            <w:r w:rsidRPr="00B2062C">
              <w:rPr>
                <w:rFonts w:cs="Times New Roman"/>
                <w:i/>
                <w:sz w:val="24"/>
                <w:szCs w:val="24"/>
              </w:rPr>
              <w:t>Candidate A</w:t>
            </w:r>
            <w:r w:rsidRPr="00790C6B">
              <w:rPr>
                <w:rFonts w:cs="Times New Roman"/>
                <w:iCs/>
                <w:sz w:val="24"/>
                <w:szCs w:val="24"/>
              </w:rPr>
              <w:t>]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C9EE87" w14:textId="77777777" w:rsidR="00A72500" w:rsidRPr="00B2062C" w:rsidRDefault="00A72500">
            <w:pPr>
              <w:spacing w:after="8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D07BE5" w14:textId="77777777" w:rsidR="00A72500" w:rsidRPr="00B2062C" w:rsidRDefault="00A72500">
            <w:pPr>
              <w:spacing w:after="80"/>
              <w:rPr>
                <w:rFonts w:cs="Times New Roman"/>
                <w:sz w:val="24"/>
                <w:szCs w:val="24"/>
              </w:rPr>
            </w:pPr>
          </w:p>
        </w:tc>
      </w:tr>
      <w:tr w:rsidR="00A72500" w:rsidRPr="00B2062C" w14:paraId="6A223AF1" w14:textId="77777777" w:rsidTr="00B2062C"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B5B82F" w14:textId="77777777" w:rsidR="00A72500" w:rsidRPr="00B2062C" w:rsidRDefault="00000000">
            <w:pPr>
              <w:rPr>
                <w:rFonts w:cs="Times New Roman"/>
                <w:sz w:val="24"/>
                <w:szCs w:val="24"/>
              </w:rPr>
            </w:pPr>
            <w:r w:rsidRPr="00790C6B">
              <w:rPr>
                <w:rFonts w:cs="Times New Roman"/>
                <w:iCs/>
                <w:sz w:val="24"/>
                <w:szCs w:val="24"/>
              </w:rPr>
              <w:t>[</w:t>
            </w:r>
            <w:r w:rsidRPr="00B2062C">
              <w:rPr>
                <w:rFonts w:cs="Times New Roman"/>
                <w:i/>
                <w:sz w:val="24"/>
                <w:szCs w:val="24"/>
              </w:rPr>
              <w:t>Candidate B</w:t>
            </w:r>
            <w:r w:rsidRPr="00790C6B">
              <w:rPr>
                <w:rFonts w:cs="Times New Roman"/>
                <w:iCs/>
                <w:sz w:val="24"/>
                <w:szCs w:val="24"/>
              </w:rPr>
              <w:t>]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67D976" w14:textId="77777777" w:rsidR="00A72500" w:rsidRPr="00B2062C" w:rsidRDefault="00A72500">
            <w:pPr>
              <w:spacing w:after="8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0E5D68" w14:textId="77777777" w:rsidR="00A72500" w:rsidRPr="00B2062C" w:rsidRDefault="00A72500">
            <w:pPr>
              <w:spacing w:after="80"/>
              <w:rPr>
                <w:rFonts w:cs="Times New Roman"/>
                <w:sz w:val="24"/>
                <w:szCs w:val="24"/>
              </w:rPr>
            </w:pPr>
          </w:p>
        </w:tc>
      </w:tr>
      <w:tr w:rsidR="00A72500" w:rsidRPr="00B2062C" w14:paraId="23E695F3" w14:textId="77777777" w:rsidTr="00B2062C"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3C196D" w14:textId="77777777" w:rsidR="00A72500" w:rsidRPr="00B2062C" w:rsidRDefault="00000000">
            <w:pPr>
              <w:rPr>
                <w:rFonts w:cs="Times New Roman"/>
                <w:sz w:val="24"/>
                <w:szCs w:val="24"/>
              </w:rPr>
            </w:pPr>
            <w:r w:rsidRPr="00790C6B">
              <w:rPr>
                <w:rFonts w:cs="Times New Roman"/>
                <w:iCs/>
                <w:sz w:val="24"/>
                <w:szCs w:val="24"/>
              </w:rPr>
              <w:t>[</w:t>
            </w:r>
            <w:r w:rsidRPr="00B2062C">
              <w:rPr>
                <w:rFonts w:cs="Times New Roman"/>
                <w:i/>
                <w:sz w:val="24"/>
                <w:szCs w:val="24"/>
              </w:rPr>
              <w:t>Candidate C</w:t>
            </w:r>
            <w:r w:rsidRPr="00790C6B">
              <w:rPr>
                <w:rFonts w:cs="Times New Roman"/>
                <w:iCs/>
                <w:sz w:val="24"/>
                <w:szCs w:val="24"/>
              </w:rPr>
              <w:t>]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A83754" w14:textId="77777777" w:rsidR="00A72500" w:rsidRPr="00B2062C" w:rsidRDefault="00A72500">
            <w:pPr>
              <w:spacing w:after="8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5F44FE" w14:textId="77777777" w:rsidR="00A72500" w:rsidRPr="00B2062C" w:rsidRDefault="00A72500">
            <w:pPr>
              <w:spacing w:after="80"/>
              <w:rPr>
                <w:rFonts w:cs="Times New Roman"/>
                <w:sz w:val="24"/>
                <w:szCs w:val="24"/>
              </w:rPr>
            </w:pPr>
          </w:p>
        </w:tc>
      </w:tr>
    </w:tbl>
    <w:p w14:paraId="60133E4D" w14:textId="77777777" w:rsidR="00A72500" w:rsidRDefault="00A72500">
      <w:pPr>
        <w:spacing w:after="40"/>
        <w:rPr>
          <w:rFonts w:cs="Times New Roman"/>
          <w:sz w:val="24"/>
          <w:szCs w:val="24"/>
        </w:rPr>
      </w:pPr>
    </w:p>
    <w:p w14:paraId="17C166ED" w14:textId="77777777" w:rsidR="00B2062C" w:rsidRDefault="00B2062C">
      <w:pPr>
        <w:spacing w:after="40"/>
        <w:rPr>
          <w:rFonts w:cs="Times New Roman"/>
          <w:sz w:val="24"/>
          <w:szCs w:val="24"/>
        </w:rPr>
      </w:pPr>
    </w:p>
    <w:p w14:paraId="2C3D127B" w14:textId="77777777" w:rsidR="00B2062C" w:rsidRPr="00B2062C" w:rsidRDefault="00B2062C">
      <w:pPr>
        <w:spacing w:after="40"/>
        <w:rPr>
          <w:rFonts w:cs="Times New Roman"/>
          <w:sz w:val="24"/>
          <w:szCs w:val="24"/>
        </w:rPr>
      </w:pPr>
    </w:p>
    <w:p w14:paraId="5D4A048F" w14:textId="77777777" w:rsidR="00A72500" w:rsidRPr="00B2062C" w:rsidRDefault="00A72500">
      <w:pPr>
        <w:spacing w:after="60"/>
        <w:rPr>
          <w:rFonts w:cs="Times New Roman"/>
          <w:sz w:val="24"/>
          <w:szCs w:val="24"/>
        </w:rPr>
      </w:pPr>
    </w:p>
    <w:tbl>
      <w:tblPr>
        <w:tblW w:w="6408" w:type="dxa"/>
        <w:tblLayout w:type="fixed"/>
        <w:tblLook w:val="04A0" w:firstRow="1" w:lastRow="0" w:firstColumn="1" w:lastColumn="0" w:noHBand="0" w:noVBand="1"/>
      </w:tblPr>
      <w:tblGrid>
        <w:gridCol w:w="3024"/>
        <w:gridCol w:w="360"/>
        <w:gridCol w:w="3024"/>
      </w:tblGrid>
      <w:tr w:rsidR="00A72500" w:rsidRPr="00B2062C" w14:paraId="6710F80E" w14:textId="77777777">
        <w:tc>
          <w:tcPr>
            <w:tcW w:w="3024" w:type="dxa"/>
            <w:tcBorders>
              <w:bottom w:val="single" w:sz="8" w:space="0" w:color="000000"/>
            </w:tcBorders>
          </w:tcPr>
          <w:p w14:paraId="7B9DD410" w14:textId="77777777" w:rsidR="00A72500" w:rsidRPr="00B2062C" w:rsidRDefault="00A7250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70DD5C27" w14:textId="77777777" w:rsidR="00A72500" w:rsidRPr="00B2062C" w:rsidRDefault="00A7250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24" w:type="dxa"/>
            <w:tcBorders>
              <w:bottom w:val="single" w:sz="8" w:space="0" w:color="000000"/>
            </w:tcBorders>
          </w:tcPr>
          <w:p w14:paraId="77252532" w14:textId="77777777" w:rsidR="00A72500" w:rsidRPr="00B2062C" w:rsidRDefault="00A72500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72500" w:rsidRPr="00B2062C" w14:paraId="04647373" w14:textId="77777777">
        <w:tc>
          <w:tcPr>
            <w:tcW w:w="3024" w:type="dxa"/>
          </w:tcPr>
          <w:p w14:paraId="11092BE6" w14:textId="77777777" w:rsidR="00A72500" w:rsidRPr="00B2062C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2062C">
              <w:rPr>
                <w:rFonts w:cs="Times New Roman"/>
                <w:sz w:val="24"/>
                <w:szCs w:val="24"/>
              </w:rPr>
              <w:t>(Signed)</w:t>
            </w:r>
          </w:p>
        </w:tc>
        <w:tc>
          <w:tcPr>
            <w:tcW w:w="360" w:type="dxa"/>
          </w:tcPr>
          <w:p w14:paraId="27E5BEDE" w14:textId="77777777" w:rsidR="00A72500" w:rsidRPr="00B2062C" w:rsidRDefault="00A7250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24" w:type="dxa"/>
          </w:tcPr>
          <w:p w14:paraId="33D819D9" w14:textId="77777777" w:rsidR="00A72500" w:rsidRPr="00B2062C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2062C">
              <w:rPr>
                <w:rFonts w:cs="Times New Roman"/>
                <w:sz w:val="24"/>
                <w:szCs w:val="24"/>
              </w:rPr>
              <w:t>(Date)</w:t>
            </w:r>
          </w:p>
        </w:tc>
      </w:tr>
    </w:tbl>
    <w:p w14:paraId="1CADBF8C" w14:textId="77777777" w:rsidR="00A72500" w:rsidRDefault="00A72500">
      <w:pPr>
        <w:spacing w:after="0"/>
        <w:rPr>
          <w:rFonts w:cs="Times New Roman"/>
          <w:sz w:val="24"/>
          <w:szCs w:val="24"/>
        </w:rPr>
      </w:pPr>
    </w:p>
    <w:p w14:paraId="704C7F28" w14:textId="77777777" w:rsidR="00E95956" w:rsidRPr="00B2062C" w:rsidRDefault="00E95956" w:rsidP="00E95956">
      <w:pPr>
        <w:spacing w:after="20" w:line="240" w:lineRule="auto"/>
        <w:rPr>
          <w:rFonts w:cs="Times New Roman"/>
          <w:sz w:val="24"/>
          <w:szCs w:val="24"/>
        </w:rPr>
      </w:pPr>
      <w:r w:rsidRPr="00B2062C">
        <w:rPr>
          <w:rFonts w:cs="Times New Roman"/>
          <w:sz w:val="24"/>
          <w:szCs w:val="24"/>
        </w:rPr>
        <w:t>Name:</w:t>
      </w:r>
    </w:p>
    <w:p w14:paraId="41B7190B" w14:textId="77777777" w:rsidR="00E95956" w:rsidRPr="00B2062C" w:rsidRDefault="00E95956" w:rsidP="00E95956">
      <w:pPr>
        <w:spacing w:after="0" w:line="240" w:lineRule="auto"/>
        <w:rPr>
          <w:rFonts w:cs="Times New Roman"/>
          <w:sz w:val="24"/>
          <w:szCs w:val="24"/>
        </w:rPr>
      </w:pPr>
      <w:r w:rsidRPr="00B2062C">
        <w:rPr>
          <w:rFonts w:cs="Times New Roman"/>
          <w:sz w:val="24"/>
          <w:szCs w:val="24"/>
        </w:rPr>
        <w:t>(</w:t>
      </w:r>
      <w:r w:rsidRPr="00B2062C">
        <w:rPr>
          <w:rFonts w:cs="Times New Roman"/>
          <w:i/>
          <w:iCs/>
          <w:sz w:val="24"/>
          <w:szCs w:val="24"/>
        </w:rPr>
        <w:t>Representative of Claimant/ Respondent</w:t>
      </w:r>
      <w:r w:rsidRPr="00B2062C">
        <w:rPr>
          <w:rFonts w:cs="Times New Roman"/>
          <w:sz w:val="24"/>
          <w:szCs w:val="24"/>
        </w:rPr>
        <w:t>)</w:t>
      </w:r>
    </w:p>
    <w:p w14:paraId="510AD52F" w14:textId="77777777" w:rsidR="00E95956" w:rsidRDefault="00E95956">
      <w:pPr>
        <w:spacing w:after="0"/>
        <w:rPr>
          <w:rFonts w:cs="Times New Roman"/>
          <w:sz w:val="24"/>
          <w:szCs w:val="24"/>
        </w:rPr>
      </w:pPr>
    </w:p>
    <w:sectPr w:rsidR="00E95956" w:rsidSect="00B2062C">
      <w:footerReference w:type="default" r:id="rId8"/>
      <w:pgSz w:w="11906" w:h="16838" w:code="9"/>
      <w:pgMar w:top="1179" w:right="1281" w:bottom="958" w:left="1321" w:header="0" w:footer="7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31608" w14:textId="77777777" w:rsidR="0001191F" w:rsidRDefault="0001191F" w:rsidP="00B242C4">
      <w:pPr>
        <w:spacing w:after="0" w:line="240" w:lineRule="auto"/>
      </w:pPr>
      <w:r>
        <w:separator/>
      </w:r>
    </w:p>
  </w:endnote>
  <w:endnote w:type="continuationSeparator" w:id="0">
    <w:p w14:paraId="4BABCCA6" w14:textId="77777777" w:rsidR="0001191F" w:rsidRDefault="0001191F" w:rsidP="00B24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1289637"/>
      <w:docPartObj>
        <w:docPartGallery w:val="Page Numbers (Bottom of Page)"/>
        <w:docPartUnique/>
      </w:docPartObj>
    </w:sdtPr>
    <w:sdtContent>
      <w:p w14:paraId="57AA456E" w14:textId="044E3B0A" w:rsidR="00B242C4" w:rsidRDefault="00B242C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 w:eastAsia="zh-TW"/>
          </w:rPr>
          <w:t>2</w:t>
        </w:r>
        <w:r>
          <w:fldChar w:fldCharType="end"/>
        </w:r>
      </w:p>
    </w:sdtContent>
  </w:sdt>
  <w:p w14:paraId="5BA54654" w14:textId="77777777" w:rsidR="00B242C4" w:rsidRDefault="00B242C4" w:rsidP="00B242C4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F3AC4" w14:textId="77777777" w:rsidR="0001191F" w:rsidRDefault="0001191F" w:rsidP="00B242C4">
      <w:pPr>
        <w:spacing w:after="0" w:line="240" w:lineRule="auto"/>
      </w:pPr>
      <w:r>
        <w:separator/>
      </w:r>
    </w:p>
  </w:footnote>
  <w:footnote w:type="continuationSeparator" w:id="0">
    <w:p w14:paraId="09E578AC" w14:textId="77777777" w:rsidR="0001191F" w:rsidRDefault="0001191F" w:rsidP="00B242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0113987">
    <w:abstractNumId w:val="8"/>
  </w:num>
  <w:num w:numId="2" w16cid:durableId="364134776">
    <w:abstractNumId w:val="6"/>
  </w:num>
  <w:num w:numId="3" w16cid:durableId="1343505878">
    <w:abstractNumId w:val="5"/>
  </w:num>
  <w:num w:numId="4" w16cid:durableId="538083023">
    <w:abstractNumId w:val="4"/>
  </w:num>
  <w:num w:numId="5" w16cid:durableId="1798832593">
    <w:abstractNumId w:val="7"/>
  </w:num>
  <w:num w:numId="6" w16cid:durableId="781535476">
    <w:abstractNumId w:val="3"/>
  </w:num>
  <w:num w:numId="7" w16cid:durableId="1551917154">
    <w:abstractNumId w:val="2"/>
  </w:num>
  <w:num w:numId="8" w16cid:durableId="1425034155">
    <w:abstractNumId w:val="1"/>
  </w:num>
  <w:num w:numId="9" w16cid:durableId="1353068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91F"/>
    <w:rsid w:val="00034616"/>
    <w:rsid w:val="0006063C"/>
    <w:rsid w:val="0015074B"/>
    <w:rsid w:val="00256EEA"/>
    <w:rsid w:val="0029639D"/>
    <w:rsid w:val="00326F90"/>
    <w:rsid w:val="0055798B"/>
    <w:rsid w:val="00595727"/>
    <w:rsid w:val="0070702D"/>
    <w:rsid w:val="00790C6B"/>
    <w:rsid w:val="00A622A1"/>
    <w:rsid w:val="00A72500"/>
    <w:rsid w:val="00AA1D8D"/>
    <w:rsid w:val="00AE2CE2"/>
    <w:rsid w:val="00B2062C"/>
    <w:rsid w:val="00B242C4"/>
    <w:rsid w:val="00B47730"/>
    <w:rsid w:val="00CB0664"/>
    <w:rsid w:val="00CE548B"/>
    <w:rsid w:val="00D81B26"/>
    <w:rsid w:val="00E95956"/>
    <w:rsid w:val="00ED2EBF"/>
    <w:rsid w:val="00F562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FB9A2E"/>
  <w14:defaultImageDpi w14:val="300"/>
  <w15:docId w15:val="{231EFD8E-754A-48AB-8D51-EAD5B2CCC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775</Characters>
  <Application>Microsoft Office Word</Application>
  <DocSecurity>0</DocSecurity>
  <Lines>96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 L</cp:lastModifiedBy>
  <cp:revision>2</cp:revision>
  <dcterms:created xsi:type="dcterms:W3CDTF">2026-09-28T16:46:00Z</dcterms:created>
  <dcterms:modified xsi:type="dcterms:W3CDTF">2026-09-28T16:46:00Z</dcterms:modified>
  <cp:category/>
</cp:coreProperties>
</file>