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DF665" w14:textId="77777777" w:rsidR="004A453B" w:rsidRPr="00E31187" w:rsidRDefault="00000000" w:rsidP="00C73D78">
      <w:pPr>
        <w:spacing w:after="140"/>
        <w:jc w:val="right"/>
        <w:rPr>
          <w:sz w:val="24"/>
          <w:szCs w:val="24"/>
        </w:rPr>
      </w:pPr>
      <w:r w:rsidRPr="00E31187">
        <w:rPr>
          <w:b/>
          <w:sz w:val="24"/>
          <w:szCs w:val="24"/>
          <w:u w:val="single"/>
        </w:rPr>
        <w:t>Annex A</w:t>
      </w:r>
    </w:p>
    <w:p w14:paraId="1F62652C" w14:textId="77777777" w:rsidR="004A453B" w:rsidRPr="00E31187" w:rsidRDefault="00000000" w:rsidP="00E31187">
      <w:pPr>
        <w:keepNext/>
        <w:spacing w:after="140"/>
        <w:jc w:val="both"/>
        <w:rPr>
          <w:bCs/>
          <w:sz w:val="24"/>
          <w:szCs w:val="24"/>
        </w:rPr>
      </w:pPr>
      <w:r w:rsidRPr="00E31187">
        <w:rPr>
          <w:b/>
          <w:sz w:val="24"/>
          <w:szCs w:val="24"/>
          <w:u w:val="single"/>
        </w:rPr>
        <w:t>Template of the Notice of Intention to nominate as an Adjudicator</w:t>
      </w:r>
    </w:p>
    <w:p w14:paraId="0F6DF257" w14:textId="77777777" w:rsidR="00E31187" w:rsidRPr="00E31187" w:rsidRDefault="00E31187" w:rsidP="00E31187">
      <w:pPr>
        <w:keepNext/>
        <w:spacing w:after="140"/>
        <w:jc w:val="both"/>
        <w:rPr>
          <w:bCs/>
          <w:sz w:val="24"/>
          <w:szCs w:val="24"/>
        </w:rPr>
      </w:pPr>
    </w:p>
    <w:tbl>
      <w:tblPr>
        <w:tblW w:w="4721" w:type="dxa"/>
        <w:jc w:val="right"/>
        <w:tblLayout w:type="fixed"/>
        <w:tblLook w:val="04A0" w:firstRow="1" w:lastRow="0" w:firstColumn="1" w:lastColumn="0" w:noHBand="0" w:noVBand="1"/>
      </w:tblPr>
      <w:tblGrid>
        <w:gridCol w:w="4721"/>
      </w:tblGrid>
      <w:tr w:rsidR="004A453B" w:rsidRPr="00E31187" w14:paraId="5790B667" w14:textId="77777777" w:rsidTr="00C73D78">
        <w:trPr>
          <w:jc w:val="right"/>
        </w:trPr>
        <w:tc>
          <w:tcPr>
            <w:tcW w:w="47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95" w:type="dxa"/>
              <w:bottom w:w="80" w:type="dxa"/>
              <w:right w:w="95" w:type="dxa"/>
            </w:tcMar>
          </w:tcPr>
          <w:p w14:paraId="1CD012CB" w14:textId="05278204" w:rsidR="004A453B" w:rsidRPr="00E31187" w:rsidRDefault="00000000" w:rsidP="00E31187">
            <w:pPr>
              <w:spacing w:after="20" w:line="240" w:lineRule="auto"/>
              <w:jc w:val="both"/>
              <w:rPr>
                <w:sz w:val="24"/>
                <w:szCs w:val="24"/>
              </w:rPr>
            </w:pPr>
            <w:r w:rsidRPr="00E31187">
              <w:rPr>
                <w:sz w:val="24"/>
                <w:szCs w:val="24"/>
              </w:rPr>
              <w:t>Case</w:t>
            </w:r>
            <w:r w:rsidR="00C73D78">
              <w:rPr>
                <w:sz w:val="24"/>
                <w:szCs w:val="24"/>
              </w:rPr>
              <w:t xml:space="preserve"> </w:t>
            </w:r>
            <w:r w:rsidRPr="00E31187">
              <w:rPr>
                <w:sz w:val="24"/>
                <w:szCs w:val="24"/>
              </w:rPr>
              <w:t>number:</w:t>
            </w:r>
            <w:r w:rsidR="00C73D78">
              <w:rPr>
                <w:sz w:val="24"/>
                <w:szCs w:val="24"/>
              </w:rPr>
              <w:t xml:space="preserve"> </w:t>
            </w:r>
            <w:r w:rsidRPr="00E31187">
              <w:rPr>
                <w:sz w:val="24"/>
                <w:szCs w:val="24"/>
              </w:rPr>
              <w:t>__________________________</w:t>
            </w:r>
          </w:p>
          <w:p w14:paraId="756DA5FF" w14:textId="77777777" w:rsidR="004A453B" w:rsidRPr="00E31187" w:rsidRDefault="00000000" w:rsidP="00E31187">
            <w:pPr>
              <w:spacing w:after="20" w:line="240" w:lineRule="auto"/>
              <w:jc w:val="both"/>
              <w:rPr>
                <w:sz w:val="24"/>
                <w:szCs w:val="24"/>
              </w:rPr>
            </w:pPr>
            <w:r w:rsidRPr="00E31187">
              <w:rPr>
                <w:sz w:val="24"/>
                <w:szCs w:val="24"/>
              </w:rPr>
              <w:t>Adjudicator rank required for the case:</w:t>
            </w:r>
          </w:p>
          <w:p w14:paraId="0A8626F2" w14:textId="77777777" w:rsidR="004A453B" w:rsidRPr="00E31187" w:rsidRDefault="00000000" w:rsidP="00E3118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E31187">
              <w:rPr>
                <w:sz w:val="24"/>
                <w:szCs w:val="24"/>
              </w:rPr>
              <w:t xml:space="preserve">☐ </w:t>
            </w:r>
            <w:proofErr w:type="gramStart"/>
            <w:r w:rsidRPr="00E31187">
              <w:rPr>
                <w:sz w:val="24"/>
                <w:szCs w:val="24"/>
              </w:rPr>
              <w:t>Adjudicator  ☐</w:t>
            </w:r>
            <w:proofErr w:type="gramEnd"/>
            <w:r w:rsidRPr="00E31187">
              <w:rPr>
                <w:sz w:val="24"/>
                <w:szCs w:val="24"/>
              </w:rPr>
              <w:t xml:space="preserve"> Senior Adjudicator</w:t>
            </w:r>
          </w:p>
        </w:tc>
      </w:tr>
    </w:tbl>
    <w:p w14:paraId="65B278DD" w14:textId="77777777" w:rsidR="004A453B" w:rsidRDefault="004A453B" w:rsidP="00E31187">
      <w:pPr>
        <w:spacing w:after="60"/>
        <w:jc w:val="both"/>
        <w:rPr>
          <w:sz w:val="24"/>
          <w:szCs w:val="24"/>
        </w:rPr>
      </w:pPr>
    </w:p>
    <w:p w14:paraId="770B397F" w14:textId="77777777" w:rsidR="00E31187" w:rsidRPr="00E31187" w:rsidRDefault="00E31187" w:rsidP="00E31187">
      <w:pPr>
        <w:spacing w:after="60"/>
        <w:jc w:val="both"/>
        <w:rPr>
          <w:sz w:val="24"/>
          <w:szCs w:val="24"/>
        </w:rPr>
      </w:pPr>
    </w:p>
    <w:p w14:paraId="0AD3A243" w14:textId="77777777" w:rsidR="004A453B" w:rsidRPr="00E31187" w:rsidRDefault="00000000" w:rsidP="00E31187">
      <w:pPr>
        <w:spacing w:before="20"/>
        <w:jc w:val="both"/>
        <w:rPr>
          <w:sz w:val="24"/>
          <w:szCs w:val="24"/>
        </w:rPr>
      </w:pPr>
      <w:r w:rsidRPr="00E31187">
        <w:rPr>
          <w:sz w:val="24"/>
          <w:szCs w:val="24"/>
        </w:rPr>
        <w:t xml:space="preserve">To: </w:t>
      </w:r>
      <w:r w:rsidRPr="009015CE">
        <w:rPr>
          <w:iCs/>
          <w:sz w:val="24"/>
          <w:szCs w:val="24"/>
        </w:rPr>
        <w:t>[</w:t>
      </w:r>
      <w:r w:rsidRPr="00E31187">
        <w:rPr>
          <w:i/>
          <w:sz w:val="24"/>
          <w:szCs w:val="24"/>
        </w:rPr>
        <w:t>Candidates</w:t>
      </w:r>
      <w:r w:rsidRPr="009015CE">
        <w:rPr>
          <w:iCs/>
          <w:sz w:val="24"/>
          <w:szCs w:val="24"/>
        </w:rPr>
        <w:t>]</w:t>
      </w:r>
    </w:p>
    <w:p w14:paraId="0E822BB5" w14:textId="77777777" w:rsidR="00E31187" w:rsidRDefault="00E31187" w:rsidP="00E31187">
      <w:pPr>
        <w:spacing w:after="220" w:line="240" w:lineRule="auto"/>
        <w:jc w:val="both"/>
        <w:rPr>
          <w:sz w:val="24"/>
          <w:szCs w:val="24"/>
        </w:rPr>
      </w:pPr>
    </w:p>
    <w:p w14:paraId="74048DFF" w14:textId="0C7C1018" w:rsidR="004A453B" w:rsidRPr="00E31187" w:rsidRDefault="00000000" w:rsidP="00E31187">
      <w:pPr>
        <w:spacing w:after="220" w:line="240" w:lineRule="auto"/>
        <w:jc w:val="both"/>
        <w:rPr>
          <w:sz w:val="24"/>
          <w:szCs w:val="24"/>
        </w:rPr>
      </w:pPr>
      <w:r w:rsidRPr="00E31187">
        <w:rPr>
          <w:sz w:val="24"/>
          <w:szCs w:val="24"/>
        </w:rPr>
        <w:t xml:space="preserve">With reference to the </w:t>
      </w:r>
      <w:r w:rsidRPr="00E31187">
        <w:rPr>
          <w:sz w:val="24"/>
          <w:szCs w:val="24"/>
          <w:u w:val="single"/>
        </w:rPr>
        <w:t>attached</w:t>
      </w:r>
      <w:r w:rsidRPr="00E31187">
        <w:rPr>
          <w:sz w:val="24"/>
          <w:szCs w:val="24"/>
        </w:rPr>
        <w:t xml:space="preserve"> Claimant’s </w:t>
      </w:r>
      <w:r w:rsidRPr="00E31187">
        <w:rPr>
          <w:b/>
          <w:sz w:val="24"/>
          <w:szCs w:val="24"/>
        </w:rPr>
        <w:t>Adjudication Notice</w:t>
      </w:r>
      <w:r w:rsidRPr="00E31187">
        <w:rPr>
          <w:sz w:val="24"/>
          <w:szCs w:val="24"/>
        </w:rPr>
        <w:t xml:space="preserve"> dated </w:t>
      </w:r>
      <w:r w:rsidRPr="00C97C0F">
        <w:rPr>
          <w:iCs/>
          <w:sz w:val="24"/>
          <w:szCs w:val="24"/>
        </w:rPr>
        <w:t>[</w:t>
      </w:r>
      <w:r w:rsidRPr="00E31187">
        <w:rPr>
          <w:i/>
          <w:sz w:val="24"/>
          <w:szCs w:val="24"/>
        </w:rPr>
        <w:t>dd-mm-yyyy</w:t>
      </w:r>
      <w:r w:rsidRPr="00C97C0F">
        <w:rPr>
          <w:iCs/>
          <w:sz w:val="24"/>
          <w:szCs w:val="24"/>
        </w:rPr>
        <w:t>]</w:t>
      </w:r>
      <w:r w:rsidRPr="00E31187">
        <w:rPr>
          <w:sz w:val="24"/>
          <w:szCs w:val="24"/>
        </w:rPr>
        <w:t>, we</w:t>
      </w:r>
      <w:r w:rsidR="00E31187" w:rsidRPr="00E31187">
        <w:rPr>
          <w:sz w:val="24"/>
          <w:szCs w:val="24"/>
        </w:rPr>
        <w:t xml:space="preserve"> </w:t>
      </w:r>
      <w:r w:rsidRPr="00E31187">
        <w:rPr>
          <w:sz w:val="24"/>
          <w:szCs w:val="24"/>
        </w:rPr>
        <w:t>consider that the above-referenced case should be undertaken by an adjudicator of</w:t>
      </w:r>
      <w:r w:rsidR="00E31187" w:rsidRPr="00E31187">
        <w:rPr>
          <w:sz w:val="24"/>
          <w:szCs w:val="24"/>
        </w:rPr>
        <w:t xml:space="preserve"> </w:t>
      </w:r>
      <w:r w:rsidRPr="00E31187">
        <w:rPr>
          <w:i/>
          <w:sz w:val="24"/>
          <w:szCs w:val="24"/>
        </w:rPr>
        <w:t>*Adjudicator/Senior Adjudicator</w:t>
      </w:r>
      <w:r w:rsidRPr="00E31187">
        <w:rPr>
          <w:sz w:val="24"/>
          <w:szCs w:val="24"/>
        </w:rPr>
        <w:t xml:space="preserve"> rank </w:t>
      </w:r>
      <w:r w:rsidRPr="009015CE">
        <w:rPr>
          <w:iCs/>
          <w:sz w:val="24"/>
          <w:szCs w:val="24"/>
        </w:rPr>
        <w:t>(</w:t>
      </w:r>
      <w:r w:rsidRPr="00E31187">
        <w:rPr>
          <w:i/>
          <w:sz w:val="24"/>
          <w:szCs w:val="24"/>
        </w:rPr>
        <w:t>*delete as appropriate</w:t>
      </w:r>
      <w:r w:rsidRPr="009015CE">
        <w:rPr>
          <w:iCs/>
          <w:sz w:val="24"/>
          <w:szCs w:val="24"/>
        </w:rPr>
        <w:t>)</w:t>
      </w:r>
      <w:r w:rsidRPr="00E31187">
        <w:rPr>
          <w:sz w:val="24"/>
          <w:szCs w:val="24"/>
        </w:rPr>
        <w:t xml:space="preserve"> and the relevant fee structure</w:t>
      </w:r>
      <w:r w:rsidR="00E31187" w:rsidRPr="00E31187">
        <w:rPr>
          <w:sz w:val="24"/>
          <w:szCs w:val="24"/>
        </w:rPr>
        <w:t xml:space="preserve"> </w:t>
      </w:r>
      <w:r w:rsidRPr="00E31187">
        <w:rPr>
          <w:sz w:val="24"/>
          <w:szCs w:val="24"/>
        </w:rPr>
        <w:t>applies.</w:t>
      </w:r>
    </w:p>
    <w:p w14:paraId="6DC86F89" w14:textId="4FC36AEA" w:rsidR="004A453B" w:rsidRPr="00E31187" w:rsidRDefault="00000000" w:rsidP="00E31187">
      <w:pPr>
        <w:spacing w:line="240" w:lineRule="auto"/>
        <w:jc w:val="both"/>
        <w:rPr>
          <w:sz w:val="24"/>
          <w:szCs w:val="24"/>
        </w:rPr>
      </w:pPr>
      <w:r w:rsidRPr="00E31187">
        <w:rPr>
          <w:sz w:val="24"/>
          <w:szCs w:val="24"/>
        </w:rPr>
        <w:t xml:space="preserve">We intend to nominate you as the Adjudicator for the above-referenced case, </w:t>
      </w:r>
      <w:proofErr w:type="gramStart"/>
      <w:r w:rsidRPr="00E31187">
        <w:rPr>
          <w:sz w:val="24"/>
          <w:szCs w:val="24"/>
        </w:rPr>
        <w:t>to</w:t>
      </w:r>
      <w:proofErr w:type="gramEnd"/>
      <w:r w:rsidRPr="00E31187">
        <w:rPr>
          <w:sz w:val="24"/>
          <w:szCs w:val="24"/>
        </w:rPr>
        <w:t xml:space="preserve"> the parties</w:t>
      </w:r>
      <w:r w:rsidR="00E31187" w:rsidRPr="00E31187">
        <w:rPr>
          <w:sz w:val="24"/>
          <w:szCs w:val="24"/>
        </w:rPr>
        <w:t xml:space="preserve"> </w:t>
      </w:r>
      <w:r w:rsidRPr="00E31187">
        <w:rPr>
          <w:sz w:val="24"/>
          <w:szCs w:val="24"/>
        </w:rPr>
        <w:t xml:space="preserve">for consideration. Please sign and return the </w:t>
      </w:r>
      <w:r w:rsidRPr="00E31187">
        <w:rPr>
          <w:sz w:val="24"/>
          <w:szCs w:val="24"/>
          <w:u w:val="single"/>
        </w:rPr>
        <w:t>attached</w:t>
      </w:r>
      <w:r w:rsidRPr="00E31187">
        <w:rPr>
          <w:sz w:val="24"/>
          <w:szCs w:val="24"/>
        </w:rPr>
        <w:t xml:space="preserve"> </w:t>
      </w:r>
      <w:r w:rsidRPr="00E31187">
        <w:rPr>
          <w:b/>
          <w:sz w:val="24"/>
          <w:szCs w:val="24"/>
        </w:rPr>
        <w:t xml:space="preserve">Form B </w:t>
      </w:r>
      <w:r w:rsidR="00C73D78">
        <w:rPr>
          <w:b/>
          <w:sz w:val="24"/>
          <w:szCs w:val="24"/>
        </w:rPr>
        <w:t>-</w:t>
      </w:r>
      <w:r w:rsidRPr="00E31187">
        <w:rPr>
          <w:b/>
          <w:sz w:val="24"/>
          <w:szCs w:val="24"/>
        </w:rPr>
        <w:t xml:space="preserve"> Potential Adjudicator’s</w:t>
      </w:r>
      <w:r w:rsidR="00E31187" w:rsidRPr="00E31187">
        <w:rPr>
          <w:b/>
          <w:sz w:val="24"/>
          <w:szCs w:val="24"/>
        </w:rPr>
        <w:t xml:space="preserve"> </w:t>
      </w:r>
      <w:r w:rsidRPr="00E31187">
        <w:rPr>
          <w:b/>
          <w:sz w:val="24"/>
          <w:szCs w:val="24"/>
        </w:rPr>
        <w:t>Declaration of Acceptance</w:t>
      </w:r>
      <w:r w:rsidRPr="00E31187">
        <w:rPr>
          <w:sz w:val="24"/>
          <w:szCs w:val="24"/>
        </w:rPr>
        <w:t xml:space="preserve"> and your </w:t>
      </w:r>
      <w:r w:rsidRPr="0047544C">
        <w:rPr>
          <w:b/>
          <w:bCs/>
          <w:sz w:val="24"/>
          <w:szCs w:val="24"/>
        </w:rPr>
        <w:t>updated CV</w:t>
      </w:r>
      <w:r w:rsidRPr="00E31187">
        <w:rPr>
          <w:sz w:val="24"/>
          <w:szCs w:val="24"/>
        </w:rPr>
        <w:t xml:space="preserve"> by </w:t>
      </w:r>
      <w:r w:rsidRPr="009015CE">
        <w:rPr>
          <w:iCs/>
          <w:sz w:val="24"/>
          <w:szCs w:val="24"/>
        </w:rPr>
        <w:t>[</w:t>
      </w:r>
      <w:r w:rsidRPr="00E31187">
        <w:rPr>
          <w:i/>
          <w:sz w:val="24"/>
          <w:szCs w:val="24"/>
        </w:rPr>
        <w:t>dd-mm-yyyy</w:t>
      </w:r>
      <w:r w:rsidRPr="009015CE">
        <w:rPr>
          <w:iCs/>
          <w:sz w:val="24"/>
          <w:szCs w:val="24"/>
        </w:rPr>
        <w:t>]</w:t>
      </w:r>
      <w:r w:rsidRPr="00E31187">
        <w:rPr>
          <w:sz w:val="24"/>
          <w:szCs w:val="24"/>
        </w:rPr>
        <w:t>.</w:t>
      </w:r>
    </w:p>
    <w:p w14:paraId="3D6BDD5F" w14:textId="77777777" w:rsidR="004A453B" w:rsidRDefault="004A453B" w:rsidP="00E31187">
      <w:pPr>
        <w:spacing w:after="60"/>
        <w:jc w:val="both"/>
        <w:rPr>
          <w:sz w:val="24"/>
          <w:szCs w:val="24"/>
        </w:rPr>
      </w:pPr>
    </w:p>
    <w:p w14:paraId="398B5C24" w14:textId="77777777" w:rsidR="00C73D78" w:rsidRDefault="00C73D78" w:rsidP="00E31187">
      <w:pPr>
        <w:spacing w:after="60"/>
        <w:jc w:val="both"/>
        <w:rPr>
          <w:sz w:val="24"/>
          <w:szCs w:val="24"/>
        </w:rPr>
      </w:pPr>
    </w:p>
    <w:p w14:paraId="59D4DCA1" w14:textId="77777777" w:rsidR="00C73D78" w:rsidRDefault="00C73D78" w:rsidP="00E31187">
      <w:pPr>
        <w:spacing w:after="60"/>
        <w:jc w:val="both"/>
        <w:rPr>
          <w:sz w:val="24"/>
          <w:szCs w:val="24"/>
        </w:rPr>
      </w:pPr>
    </w:p>
    <w:p w14:paraId="4AA08E9D" w14:textId="77777777" w:rsidR="00C73D78" w:rsidRPr="00E31187" w:rsidRDefault="00C73D78" w:rsidP="00E31187">
      <w:pPr>
        <w:spacing w:after="60"/>
        <w:jc w:val="both"/>
        <w:rPr>
          <w:sz w:val="24"/>
          <w:szCs w:val="24"/>
        </w:rPr>
      </w:pPr>
    </w:p>
    <w:tbl>
      <w:tblPr>
        <w:tblW w:w="6408" w:type="dxa"/>
        <w:tblLayout w:type="fixed"/>
        <w:tblLook w:val="04A0" w:firstRow="1" w:lastRow="0" w:firstColumn="1" w:lastColumn="0" w:noHBand="0" w:noVBand="1"/>
      </w:tblPr>
      <w:tblGrid>
        <w:gridCol w:w="3024"/>
        <w:gridCol w:w="360"/>
        <w:gridCol w:w="3024"/>
      </w:tblGrid>
      <w:tr w:rsidR="004A453B" w:rsidRPr="00E31187" w14:paraId="35893EBC" w14:textId="77777777">
        <w:tc>
          <w:tcPr>
            <w:tcW w:w="3024" w:type="dxa"/>
            <w:tcBorders>
              <w:bottom w:val="single" w:sz="8" w:space="0" w:color="000000"/>
            </w:tcBorders>
          </w:tcPr>
          <w:p w14:paraId="6E185010" w14:textId="77777777" w:rsidR="004A453B" w:rsidRPr="00E31187" w:rsidRDefault="004A453B" w:rsidP="00E3118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0" w:type="dxa"/>
          </w:tcPr>
          <w:p w14:paraId="35C46BC0" w14:textId="77777777" w:rsidR="004A453B" w:rsidRPr="00E31187" w:rsidRDefault="004A453B" w:rsidP="00E3118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  <w:tcBorders>
              <w:bottom w:val="single" w:sz="8" w:space="0" w:color="000000"/>
            </w:tcBorders>
          </w:tcPr>
          <w:p w14:paraId="4B667AFE" w14:textId="77777777" w:rsidR="004A453B" w:rsidRPr="00E31187" w:rsidRDefault="004A453B" w:rsidP="00E31187">
            <w:pPr>
              <w:jc w:val="both"/>
              <w:rPr>
                <w:sz w:val="24"/>
                <w:szCs w:val="24"/>
              </w:rPr>
            </w:pPr>
          </w:p>
        </w:tc>
      </w:tr>
      <w:tr w:rsidR="004A453B" w:rsidRPr="00E31187" w14:paraId="3EAB7F4A" w14:textId="77777777">
        <w:tc>
          <w:tcPr>
            <w:tcW w:w="3024" w:type="dxa"/>
          </w:tcPr>
          <w:p w14:paraId="6D3891AE" w14:textId="77777777" w:rsidR="004A453B" w:rsidRPr="00E31187" w:rsidRDefault="00000000" w:rsidP="00E31187">
            <w:pPr>
              <w:jc w:val="both"/>
              <w:rPr>
                <w:sz w:val="24"/>
                <w:szCs w:val="24"/>
              </w:rPr>
            </w:pPr>
            <w:r w:rsidRPr="00E31187">
              <w:rPr>
                <w:sz w:val="24"/>
                <w:szCs w:val="24"/>
              </w:rPr>
              <w:t>(Signed)</w:t>
            </w:r>
          </w:p>
        </w:tc>
        <w:tc>
          <w:tcPr>
            <w:tcW w:w="360" w:type="dxa"/>
          </w:tcPr>
          <w:p w14:paraId="2E39A2D1" w14:textId="77777777" w:rsidR="004A453B" w:rsidRPr="00E31187" w:rsidRDefault="004A453B" w:rsidP="00E3118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024" w:type="dxa"/>
          </w:tcPr>
          <w:p w14:paraId="74280743" w14:textId="77777777" w:rsidR="004A453B" w:rsidRPr="00E31187" w:rsidRDefault="00000000" w:rsidP="00E31187">
            <w:pPr>
              <w:jc w:val="both"/>
              <w:rPr>
                <w:sz w:val="24"/>
                <w:szCs w:val="24"/>
              </w:rPr>
            </w:pPr>
            <w:r w:rsidRPr="00E31187">
              <w:rPr>
                <w:sz w:val="24"/>
                <w:szCs w:val="24"/>
              </w:rPr>
              <w:t>(Date)</w:t>
            </w:r>
          </w:p>
        </w:tc>
      </w:tr>
    </w:tbl>
    <w:p w14:paraId="543F0DBA" w14:textId="77777777" w:rsidR="004A453B" w:rsidRPr="00E31187" w:rsidRDefault="004A453B" w:rsidP="00E31187">
      <w:pPr>
        <w:spacing w:after="0"/>
        <w:jc w:val="both"/>
        <w:rPr>
          <w:sz w:val="24"/>
          <w:szCs w:val="24"/>
        </w:rPr>
      </w:pPr>
    </w:p>
    <w:p w14:paraId="11FE7C3A" w14:textId="77777777" w:rsidR="004A453B" w:rsidRPr="00E31187" w:rsidRDefault="00000000" w:rsidP="00E31187">
      <w:pPr>
        <w:spacing w:after="20" w:line="240" w:lineRule="auto"/>
        <w:jc w:val="both"/>
        <w:rPr>
          <w:sz w:val="24"/>
          <w:szCs w:val="24"/>
        </w:rPr>
      </w:pPr>
      <w:r w:rsidRPr="00E31187">
        <w:rPr>
          <w:sz w:val="24"/>
          <w:szCs w:val="24"/>
        </w:rPr>
        <w:t>Name:</w:t>
      </w:r>
    </w:p>
    <w:p w14:paraId="6AF086DF" w14:textId="076F7466" w:rsidR="004A453B" w:rsidRPr="00E31187" w:rsidRDefault="00000000" w:rsidP="00E31187">
      <w:pPr>
        <w:spacing w:after="0" w:line="240" w:lineRule="auto"/>
        <w:jc w:val="both"/>
        <w:rPr>
          <w:sz w:val="24"/>
          <w:szCs w:val="24"/>
        </w:rPr>
      </w:pPr>
      <w:r w:rsidRPr="00E31187">
        <w:rPr>
          <w:sz w:val="24"/>
          <w:szCs w:val="24"/>
        </w:rPr>
        <w:t xml:space="preserve">Position in </w:t>
      </w:r>
      <w:r w:rsidR="00F1590C">
        <w:rPr>
          <w:sz w:val="24"/>
          <w:szCs w:val="24"/>
        </w:rPr>
        <w:t>HKICM</w:t>
      </w:r>
      <w:r w:rsidRPr="00E31187">
        <w:rPr>
          <w:sz w:val="24"/>
          <w:szCs w:val="24"/>
        </w:rPr>
        <w:t>:</w:t>
      </w:r>
    </w:p>
    <w:sectPr w:rsidR="004A453B" w:rsidRPr="00E31187" w:rsidSect="00E31187">
      <w:pgSz w:w="11906" w:h="16838" w:code="9"/>
      <w:pgMar w:top="1179" w:right="1281" w:bottom="958" w:left="1321" w:header="0" w:footer="77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5A552" w14:textId="77777777" w:rsidR="00CA6201" w:rsidRDefault="00CA6201" w:rsidP="00E31187">
      <w:pPr>
        <w:spacing w:after="0" w:line="240" w:lineRule="auto"/>
      </w:pPr>
      <w:r>
        <w:separator/>
      </w:r>
    </w:p>
  </w:endnote>
  <w:endnote w:type="continuationSeparator" w:id="0">
    <w:p w14:paraId="4EA1C874" w14:textId="77777777" w:rsidR="00CA6201" w:rsidRDefault="00CA6201" w:rsidP="00E31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C4929" w14:textId="77777777" w:rsidR="00CA6201" w:rsidRDefault="00CA6201" w:rsidP="00E31187">
      <w:pPr>
        <w:spacing w:after="0" w:line="240" w:lineRule="auto"/>
      </w:pPr>
      <w:r>
        <w:separator/>
      </w:r>
    </w:p>
  </w:footnote>
  <w:footnote w:type="continuationSeparator" w:id="0">
    <w:p w14:paraId="6620EB24" w14:textId="77777777" w:rsidR="00CA6201" w:rsidRDefault="00CA6201" w:rsidP="00E311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1624262">
    <w:abstractNumId w:val="8"/>
  </w:num>
  <w:num w:numId="2" w16cid:durableId="323776061">
    <w:abstractNumId w:val="6"/>
  </w:num>
  <w:num w:numId="3" w16cid:durableId="2058356689">
    <w:abstractNumId w:val="5"/>
  </w:num>
  <w:num w:numId="4" w16cid:durableId="1442388">
    <w:abstractNumId w:val="4"/>
  </w:num>
  <w:num w:numId="5" w16cid:durableId="1342925235">
    <w:abstractNumId w:val="7"/>
  </w:num>
  <w:num w:numId="6" w16cid:durableId="1874998637">
    <w:abstractNumId w:val="3"/>
  </w:num>
  <w:num w:numId="7" w16cid:durableId="852643051">
    <w:abstractNumId w:val="2"/>
  </w:num>
  <w:num w:numId="8" w16cid:durableId="229731188">
    <w:abstractNumId w:val="1"/>
  </w:num>
  <w:num w:numId="9" w16cid:durableId="1998680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1078"/>
    <w:rsid w:val="0029639D"/>
    <w:rsid w:val="00326F90"/>
    <w:rsid w:val="00385D8E"/>
    <w:rsid w:val="0047544C"/>
    <w:rsid w:val="004A453B"/>
    <w:rsid w:val="0055798B"/>
    <w:rsid w:val="0057003A"/>
    <w:rsid w:val="00716D07"/>
    <w:rsid w:val="007C6D25"/>
    <w:rsid w:val="009015CE"/>
    <w:rsid w:val="00AA1D8D"/>
    <w:rsid w:val="00B47730"/>
    <w:rsid w:val="00C73D78"/>
    <w:rsid w:val="00C97C0F"/>
    <w:rsid w:val="00CA6201"/>
    <w:rsid w:val="00CB0664"/>
    <w:rsid w:val="00E31187"/>
    <w:rsid w:val="00F1590C"/>
    <w:rsid w:val="00F83A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C7B86A8"/>
  <w14:defaultImageDpi w14:val="300"/>
  <w15:docId w15:val="{231EFD8E-754A-48AB-8D51-EAD5B2CCC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666</Characters>
  <Application>Microsoft Office Word</Application>
  <DocSecurity>0</DocSecurity>
  <Lines>31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 L</cp:lastModifiedBy>
  <cp:revision>6</cp:revision>
  <dcterms:created xsi:type="dcterms:W3CDTF">2026-09-26T11:39:00Z</dcterms:created>
  <dcterms:modified xsi:type="dcterms:W3CDTF">2026-09-26T13:29:00Z</dcterms:modified>
  <cp:category/>
</cp:coreProperties>
</file>